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宋体" w:hAnsi="宋体" w:eastAsia="宋体"/>
          <w:b w:val="0"/>
          <w:color w:val="8A8A8A"/>
          <w:sz w:val="17"/>
        </w:rPr>
        <w:t>场景 7 ｜ 学籍与申诉</w:t>
      </w:r>
    </w:p>
    <w:p>
      <w:r>
        <w:rPr>
          <w:rFonts w:ascii="宋体" w:hAnsi="宋体" w:eastAsia="宋体"/>
          <w:b/>
          <w:sz w:val="36"/>
        </w:rPr>
        <w:t>书面申请结构示例（教学模板）</w:t>
      </w:r>
    </w:p>
    <w:p>
      <w:r>
        <w:rPr>
          <w:rFonts w:ascii="宋体" w:hAnsi="宋体" w:eastAsia="宋体"/>
          <w:b w:val="0"/>
          <w:color w:val="5F5F5F"/>
          <w:sz w:val="20"/>
        </w:rPr>
        <w:t>不是让你照抄，是让你知道每一段该放什么。括号内为写作提示，提交前删掉。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9072" w:type="dxa"/>
      </w:tblPr>
      <w:tblGrid>
        <w:gridCol w:w="1474"/>
        <w:gridCol w:w="7597"/>
      </w:tblGrid>
      <w:tr>
        <w:tc>
          <w:tcPr>
            <w:tcW w:type="dxa" w:w="1474"/>
            <w:shd w:val="clear" w:color="auto" w:fill="F6F5F1"/>
          </w:tcPr>
          <w:p>
            <w:r>
              <w:rPr>
                <w:rFonts w:ascii="宋体" w:hAnsi="宋体" w:eastAsia="宋体"/>
                <w:b w:val="0"/>
                <w:color w:val="8A8A8A"/>
                <w:sz w:val="17"/>
              </w:rPr>
              <w:t>用途</w:t>
            </w:r>
          </w:p>
        </w:tc>
        <w:tc>
          <w:tcPr>
            <w:tcW w:type="dxa" w:w="7597"/>
          </w:tcPr>
          <w:p>
            <w:r>
              <w:rPr>
                <w:rFonts w:ascii="宋体" w:hAnsi="宋体" w:eastAsia="宋体"/>
                <w:b w:val="0"/>
                <w:color w:val="5F5F5F"/>
                <w:sz w:val="17"/>
              </w:rPr>
              <w:t>按结构改写，替换成自己的事实与请求</w:t>
            </w:r>
          </w:p>
        </w:tc>
      </w:tr>
      <w:tr>
        <w:tc>
          <w:tcPr>
            <w:tcW w:type="dxa" w:w="1474"/>
            <w:shd w:val="clear" w:color="auto" w:fill="F6F5F1"/>
          </w:tcPr>
          <w:p>
            <w:r>
              <w:rPr>
                <w:rFonts w:ascii="宋体" w:hAnsi="宋体" w:eastAsia="宋体"/>
                <w:b w:val="0"/>
                <w:color w:val="8A8A8A"/>
                <w:sz w:val="17"/>
              </w:rPr>
              <w:t>适用</w:t>
            </w:r>
          </w:p>
        </w:tc>
        <w:tc>
          <w:tcPr>
            <w:tcW w:type="dxa" w:w="7597"/>
          </w:tcPr>
          <w:p>
            <w:r>
              <w:rPr>
                <w:rFonts w:ascii="宋体" w:hAnsi="宋体" w:eastAsia="宋体"/>
                <w:b w:val="0"/>
                <w:color w:val="5F5F5F"/>
                <w:sz w:val="17"/>
              </w:rPr>
              <w:t>需要提交书面申请或申诉的学生</w:t>
            </w:r>
          </w:p>
        </w:tc>
      </w:tr>
      <w:tr>
        <w:tc>
          <w:tcPr>
            <w:tcW w:type="dxa" w:w="1474"/>
            <w:shd w:val="clear" w:color="auto" w:fill="F6F5F1"/>
          </w:tcPr>
          <w:p>
            <w:r>
              <w:rPr>
                <w:rFonts w:ascii="宋体" w:hAnsi="宋体" w:eastAsia="宋体"/>
                <w:b w:val="0"/>
                <w:color w:val="8A8A8A"/>
                <w:sz w:val="17"/>
              </w:rPr>
              <w:t>配套文章</w:t>
            </w:r>
          </w:p>
        </w:tc>
        <w:tc>
          <w:tcPr>
            <w:tcW w:type="dxa" w:w="7597"/>
          </w:tcPr>
          <w:p>
            <w:r>
              <w:rPr>
                <w:rFonts w:ascii="宋体" w:hAnsi="宋体" w:eastAsia="宋体"/>
                <w:b w:val="0"/>
                <w:color w:val="5F5F5F"/>
                <w:sz w:val="17"/>
              </w:rPr>
              <w:t>docs/playbooks/学籍异常与学校事务申诉.md</w:t>
            </w:r>
          </w:p>
        </w:tc>
      </w:tr>
      <w:tr>
        <w:tc>
          <w:tcPr>
            <w:tcW w:type="dxa" w:w="1474"/>
            <w:shd w:val="clear" w:color="auto" w:fill="F6F5F1"/>
          </w:tcPr>
          <w:p>
            <w:r>
              <w:rPr>
                <w:rFonts w:ascii="宋体" w:hAnsi="宋体" w:eastAsia="宋体"/>
                <w:b w:val="0"/>
                <w:color w:val="8A8A8A"/>
                <w:sz w:val="17"/>
              </w:rPr>
              <w:t>最近核实</w:t>
            </w:r>
          </w:p>
        </w:tc>
        <w:tc>
          <w:tcPr>
            <w:tcW w:type="dxa" w:w="7597"/>
          </w:tcPr>
          <w:p>
            <w:r>
              <w:rPr>
                <w:rFonts w:ascii="宋体" w:hAnsi="宋体" w:eastAsia="宋体"/>
                <w:b w:val="0"/>
                <w:color w:val="5F5F5F"/>
                <w:sz w:val="17"/>
              </w:rPr>
              <w:t>2026-10-18</w:t>
            </w:r>
          </w:p>
        </w:tc>
      </w:tr>
    </w:tbl>
    <w:p/>
    <w:p>
      <w:r>
        <w:rPr>
          <w:rFonts w:ascii="宋体" w:hAnsi="宋体" w:eastAsia="宋体"/>
          <w:b/>
          <w:color w:val="2F5D8A"/>
          <w:sz w:val="24"/>
        </w:rPr>
        <w:t>标题</w:t>
      </w:r>
    </w:p>
    <w:p>
      <w:r>
        <w:rPr>
          <w:rFonts w:ascii="宋体" w:hAnsi="宋体" w:eastAsia="宋体"/>
          <w:b w:val="0"/>
          <w:color w:val="5F5F5F"/>
          <w:sz w:val="18"/>
        </w:rPr>
        <w:t>（写事由，例：关于 2026 年春季学期《××》成绩缺失的情况说明与申请）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/>
    <w:p>
      <w:r>
        <w:rPr>
          <w:rFonts w:ascii="宋体" w:hAnsi="宋体" w:eastAsia="宋体"/>
          <w:b/>
          <w:color w:val="2F5D8A"/>
          <w:sz w:val="24"/>
        </w:rPr>
        <w:t>称呼</w:t>
      </w:r>
    </w:p>
    <w:p>
      <w:r>
        <w:rPr>
          <w:rFonts w:ascii="宋体" w:hAnsi="宋体" w:eastAsia="宋体"/>
          <w:b w:val="0"/>
          <w:color w:val="5F5F5F"/>
          <w:sz w:val="18"/>
        </w:rPr>
        <w:t>（写具体受理部门，例：××学院教务办公室）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/>
    <w:p>
      <w:r>
        <w:rPr>
          <w:rFonts w:ascii="宋体" w:hAnsi="宋体" w:eastAsia="宋体"/>
          <w:b/>
          <w:color w:val="2F5D8A"/>
          <w:sz w:val="24"/>
        </w:rPr>
        <w:t>第一段 · 我是谁、什么事</w:t>
      </w:r>
    </w:p>
    <w:p>
      <w:r>
        <w:rPr>
          <w:rFonts w:ascii="宋体" w:hAnsi="宋体" w:eastAsia="宋体"/>
          <w:b w:val="0"/>
          <w:color w:val="5F5F5F"/>
          <w:sz w:val="18"/>
        </w:rPr>
        <w:t>（姓名、学号、专业、年级；一句话说清问题与本次申请的目的）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/>
    <w:p>
      <w:r>
        <w:rPr>
          <w:rFonts w:ascii="宋体" w:hAnsi="宋体" w:eastAsia="宋体"/>
          <w:b/>
          <w:color w:val="2F5D8A"/>
          <w:sz w:val="24"/>
        </w:rPr>
        <w:t>第二段 · 事实与时间线</w:t>
      </w:r>
    </w:p>
    <w:p>
      <w:r>
        <w:rPr>
          <w:rFonts w:ascii="宋体" w:hAnsi="宋体" w:eastAsia="宋体"/>
          <w:b w:val="0"/>
          <w:color w:val="5F5F5F"/>
          <w:sz w:val="18"/>
        </w:rPr>
        <w:t>（按时间写：什么时候、发生了什么、经手人是谁、你做了什么。只写事实，不写评价）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/>
    <w:p>
      <w:r>
        <w:rPr>
          <w:rFonts w:ascii="宋体" w:hAnsi="宋体" w:eastAsia="宋体"/>
          <w:b/>
          <w:color w:val="2F5D8A"/>
          <w:sz w:val="24"/>
        </w:rPr>
        <w:t>第三段 · 依据</w:t>
      </w:r>
    </w:p>
    <w:p>
      <w:r>
        <w:rPr>
          <w:rFonts w:ascii="宋体" w:hAnsi="宋体" w:eastAsia="宋体"/>
          <w:b w:val="0"/>
          <w:color w:val="5F5F5F"/>
          <w:sz w:val="18"/>
        </w:rPr>
        <w:t>（引用学校规定的全称与条款号；没有明确条款就写「依据学院××通知」，不要编造条款）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/>
    <w:p>
      <w:r>
        <w:rPr>
          <w:rFonts w:ascii="宋体" w:hAnsi="宋体" w:eastAsia="宋体"/>
          <w:b/>
          <w:color w:val="2F5D8A"/>
          <w:sz w:val="24"/>
        </w:rPr>
        <w:t>第四段 · 具体请求</w:t>
      </w:r>
    </w:p>
    <w:p>
      <w:r>
        <w:rPr>
          <w:rFonts w:ascii="宋体" w:hAnsi="宋体" w:eastAsia="宋体"/>
          <w:b w:val="0"/>
          <w:color w:val="5F5F5F"/>
          <w:sz w:val="18"/>
        </w:rPr>
        <w:t>（写你希望对方做什么，越具体越好；一次只提核心诉求）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/>
    <w:p>
      <w:r>
        <w:rPr>
          <w:rFonts w:ascii="宋体" w:hAnsi="宋体" w:eastAsia="宋体"/>
          <w:b/>
          <w:color w:val="2F5D8A"/>
          <w:sz w:val="24"/>
        </w:rPr>
        <w:t>第五段 · 附件清单</w:t>
      </w:r>
    </w:p>
    <w:p>
      <w:r>
        <w:rPr>
          <w:rFonts w:ascii="宋体" w:hAnsi="宋体" w:eastAsia="宋体"/>
          <w:b w:val="0"/>
          <w:color w:val="5F5F5F"/>
          <w:sz w:val="18"/>
        </w:rPr>
        <w:t>（按编号列出附件，与正文提到的证据一一对应）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/>
    <w:p>
      <w:r>
        <w:rPr>
          <w:rFonts w:ascii="宋体" w:hAnsi="宋体" w:eastAsia="宋体"/>
          <w:b/>
          <w:color w:val="2F5D8A"/>
          <w:sz w:val="24"/>
        </w:rPr>
        <w:t>署名与日期</w:t>
      </w:r>
    </w:p>
    <w:p>
      <w:r>
        <w:rPr>
          <w:rFonts w:ascii="宋体" w:hAnsi="宋体" w:eastAsia="宋体"/>
          <w:b w:val="0"/>
          <w:color w:val="5F5F5F"/>
          <w:sz w:val="18"/>
        </w:rPr>
        <w:t>（真实姓名、学号、联系电话、日期；提交前确认联系方式可用）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/>
    <w:p>
      <w:r>
        <w:rPr>
          <w:rFonts w:ascii="宋体" w:hAnsi="宋体" w:eastAsia="宋体"/>
          <w:b w:val="0"/>
          <w:color w:val="8A8A8A"/>
          <w:sz w:val="17"/>
        </w:rPr>
        <w:t>本模板为教学示例，不是任何学校的官方表格；提交前请核对学校是否有指定格式。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color w:val="8A8A8A"/>
        <w:sz w:val="16"/>
      </w:rPr>
      <w:t xml:space="preserve">机会手册 · 书面申请结构示例（教学模板） · 第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